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C8F72" w14:textId="77777777" w:rsidR="00506694" w:rsidRPr="008F6541" w:rsidRDefault="00000000">
      <w:pPr>
        <w:pStyle w:val="berschrift1"/>
        <w:rPr>
          <w:lang w:val="de-DE"/>
        </w:rPr>
      </w:pPr>
      <w:r w:rsidRPr="008F6541">
        <w:rPr>
          <w:lang w:val="de-DE"/>
        </w:rPr>
        <w:t>Impressum</w:t>
      </w:r>
    </w:p>
    <w:p w14:paraId="79F874DD" w14:textId="77777777" w:rsidR="008F6541" w:rsidRDefault="00000000">
      <w:pPr>
        <w:rPr>
          <w:lang w:val="de-DE"/>
        </w:rPr>
      </w:pPr>
      <w:r w:rsidRPr="008F6541">
        <w:rPr>
          <w:lang w:val="de-DE"/>
        </w:rPr>
        <w:t>Angaben gemäß § 5 TMG</w:t>
      </w:r>
      <w:r w:rsidRPr="008F6541">
        <w:rPr>
          <w:lang w:val="de-DE"/>
        </w:rPr>
        <w:br/>
      </w:r>
    </w:p>
    <w:p w14:paraId="5EB091C6" w14:textId="15445834" w:rsidR="00506694" w:rsidRPr="008F6541" w:rsidRDefault="00000000">
      <w:pPr>
        <w:rPr>
          <w:lang w:val="de-DE"/>
        </w:rPr>
      </w:pPr>
      <w:r w:rsidRPr="008F6541">
        <w:rPr>
          <w:lang w:val="de-DE"/>
        </w:rPr>
        <w:t xml:space="preserve">Olivia </w:t>
      </w:r>
      <w:r w:rsidR="008F6541">
        <w:rPr>
          <w:lang w:val="de-DE"/>
        </w:rPr>
        <w:t xml:space="preserve">Natascha </w:t>
      </w:r>
      <w:r w:rsidR="008F6541" w:rsidRPr="008F6541">
        <w:rPr>
          <w:lang w:val="de-DE"/>
        </w:rPr>
        <w:t>K</w:t>
      </w:r>
      <w:r w:rsidR="008F6541">
        <w:rPr>
          <w:lang w:val="de-DE"/>
        </w:rPr>
        <w:t>leinknecht</w:t>
      </w:r>
      <w:r w:rsidRPr="008F6541">
        <w:rPr>
          <w:lang w:val="de-DE"/>
        </w:rPr>
        <w:br/>
        <w:t xml:space="preserve">E-Mail: </w:t>
      </w:r>
      <w:r w:rsidR="008F6541">
        <w:rPr>
          <w:lang w:val="de-DE"/>
        </w:rPr>
        <w:t>olivia.kleinknecht@gmail.com</w:t>
      </w:r>
    </w:p>
    <w:p w14:paraId="36D5425B" w14:textId="7A823E09" w:rsidR="00506694" w:rsidRPr="008F6541" w:rsidRDefault="00000000">
      <w:pPr>
        <w:rPr>
          <w:lang w:val="de-DE"/>
        </w:rPr>
      </w:pPr>
      <w:r w:rsidRPr="008F6541">
        <w:rPr>
          <w:lang w:val="de-DE"/>
        </w:rPr>
        <w:t>Verantwortlich für den Inhalt nach § 55 Abs. 2 RStV</w:t>
      </w:r>
      <w:r w:rsidRPr="008F6541">
        <w:rPr>
          <w:lang w:val="de-DE"/>
        </w:rPr>
        <w:br/>
      </w:r>
      <w:r w:rsidR="008F6541">
        <w:rPr>
          <w:lang w:val="de-DE"/>
        </w:rPr>
        <w:t>Olivia Natascha Kleinknecht</w:t>
      </w:r>
    </w:p>
    <w:p w14:paraId="1CE5E3CF" w14:textId="77777777" w:rsidR="00506694" w:rsidRPr="008F6541" w:rsidRDefault="00000000">
      <w:pPr>
        <w:pStyle w:val="berschrift1"/>
        <w:rPr>
          <w:lang w:val="de-DE"/>
        </w:rPr>
      </w:pPr>
      <w:r w:rsidRPr="008F6541">
        <w:rPr>
          <w:lang w:val="de-DE"/>
        </w:rPr>
        <w:t>Datenschutzerklärung</w:t>
      </w:r>
    </w:p>
    <w:p w14:paraId="21750AC1" w14:textId="77777777" w:rsidR="008F6541" w:rsidRDefault="00000000">
      <w:pPr>
        <w:rPr>
          <w:lang w:val="de-DE"/>
        </w:rPr>
      </w:pPr>
      <w:r w:rsidRPr="008F6541">
        <w:rPr>
          <w:lang w:val="de-DE"/>
        </w:rPr>
        <w:t>1. Verantwortliche Stelle</w:t>
      </w:r>
      <w:r w:rsidRPr="008F6541">
        <w:rPr>
          <w:lang w:val="de-DE"/>
        </w:rPr>
        <w:br/>
        <w:t>Verantwortlich für die Datenverarbeitung auf dieser Website ist:</w:t>
      </w:r>
      <w:r w:rsidRPr="008F6541">
        <w:rPr>
          <w:lang w:val="de-DE"/>
        </w:rPr>
        <w:br/>
        <w:t xml:space="preserve">Olivia </w:t>
      </w:r>
      <w:r w:rsidR="008F6541">
        <w:rPr>
          <w:lang w:val="de-DE"/>
        </w:rPr>
        <w:t>Natascha Kleinknecht</w:t>
      </w:r>
    </w:p>
    <w:p w14:paraId="73EF62AE" w14:textId="77777777" w:rsidR="008F6541" w:rsidRPr="008F6541" w:rsidRDefault="00000000" w:rsidP="008F6541">
      <w:pPr>
        <w:rPr>
          <w:lang w:val="de-DE"/>
        </w:rPr>
      </w:pPr>
      <w:r w:rsidRPr="008F6541">
        <w:rPr>
          <w:lang w:val="de-DE"/>
        </w:rPr>
        <w:t xml:space="preserve">E-Mail: </w:t>
      </w:r>
      <w:r w:rsidR="008F6541">
        <w:rPr>
          <w:lang w:val="de-DE"/>
        </w:rPr>
        <w:t>olivia.kleinknecht@gmail.com</w:t>
      </w:r>
    </w:p>
    <w:p w14:paraId="419F0148" w14:textId="77777777" w:rsidR="00506694" w:rsidRPr="008F6541" w:rsidRDefault="00000000">
      <w:pPr>
        <w:rPr>
          <w:lang w:val="de-DE"/>
        </w:rPr>
      </w:pPr>
      <w:r w:rsidRPr="008F6541">
        <w:rPr>
          <w:lang w:val="de-DE"/>
        </w:rPr>
        <w:t>2. Erhebung und Speicherung personenbezogener Daten</w:t>
      </w:r>
      <w:r w:rsidRPr="008F6541">
        <w:rPr>
          <w:lang w:val="de-DE"/>
        </w:rPr>
        <w:br/>
        <w:t>Beim Besuch dieser Website werden automatisch Informationen durch den verwendeten Browser an den Server übermittelt (z. B. IP-Adresse, Datum, Uhrzeit, aufgerufene Seite). Diese Daten werden nur zur Sicherstellung des Betriebs, zur Systemsicherheit und zur Verbesserung des Angebots genutzt.</w:t>
      </w:r>
      <w:r w:rsidRPr="008F6541">
        <w:rPr>
          <w:lang w:val="de-DE"/>
        </w:rPr>
        <w:br/>
      </w:r>
    </w:p>
    <w:p w14:paraId="0C00FDED" w14:textId="77777777" w:rsidR="00506694" w:rsidRPr="008F6541" w:rsidRDefault="00000000">
      <w:pPr>
        <w:rPr>
          <w:lang w:val="de-DE"/>
        </w:rPr>
      </w:pPr>
      <w:r w:rsidRPr="008F6541">
        <w:rPr>
          <w:lang w:val="de-DE"/>
        </w:rPr>
        <w:t>3. Cookies</w:t>
      </w:r>
      <w:r w:rsidRPr="008F6541">
        <w:rPr>
          <w:lang w:val="de-DE"/>
        </w:rPr>
        <w:br/>
        <w:t>Diese Website verwendet Cookies. Cookies sind kleine Textdateien, die auf Ihrem Endgerät gespeichert werden. Sie dienen dazu, die Nutzung unserer Website nutzerfreundlicher zu machen.</w:t>
      </w:r>
      <w:r w:rsidRPr="008F6541">
        <w:rPr>
          <w:lang w:val="de-DE"/>
        </w:rPr>
        <w:br/>
        <w:t>Sie können in Ihrem Browser einstellen, dass keine Cookies gespeichert werden.</w:t>
      </w:r>
      <w:r w:rsidRPr="008F6541">
        <w:rPr>
          <w:lang w:val="de-DE"/>
        </w:rPr>
        <w:br/>
      </w:r>
    </w:p>
    <w:p w14:paraId="1D1A2D9D" w14:textId="77777777" w:rsidR="00506694" w:rsidRPr="008F6541" w:rsidRDefault="00000000">
      <w:pPr>
        <w:rPr>
          <w:lang w:val="de-DE"/>
        </w:rPr>
      </w:pPr>
      <w:r w:rsidRPr="008F6541">
        <w:rPr>
          <w:lang w:val="de-DE"/>
        </w:rPr>
        <w:t>4. Kontaktformular / Kommentare</w:t>
      </w:r>
      <w:r w:rsidRPr="008F6541">
        <w:rPr>
          <w:lang w:val="de-DE"/>
        </w:rPr>
        <w:br/>
        <w:t>Wenn Sie uns per Kontaktformular oder über die Kommentarfunktion schreiben, werden Ihre Angaben (z. B. Name, E-Mail-Adresse) nur zum Zweck der Bearbeitung der Anfrage gespeichert. Ohne Ihre Einwilligung geben wir diese Daten nicht weiter.</w:t>
      </w:r>
      <w:r w:rsidRPr="008F6541">
        <w:rPr>
          <w:lang w:val="de-DE"/>
        </w:rPr>
        <w:br/>
      </w:r>
    </w:p>
    <w:p w14:paraId="19EDA045" w14:textId="11EE9D05" w:rsidR="00506694" w:rsidRPr="008F6541" w:rsidRDefault="008F6541">
      <w:pPr>
        <w:rPr>
          <w:lang w:val="de-DE"/>
        </w:rPr>
      </w:pPr>
      <w:r>
        <w:rPr>
          <w:lang w:val="de-DE"/>
        </w:rPr>
        <w:t>5</w:t>
      </w:r>
      <w:r w:rsidR="00000000" w:rsidRPr="008F6541">
        <w:rPr>
          <w:lang w:val="de-DE"/>
        </w:rPr>
        <w:t>. Eingebundene Inhalte von Drittanbietern</w:t>
      </w:r>
      <w:r w:rsidR="00000000" w:rsidRPr="008F6541">
        <w:rPr>
          <w:lang w:val="de-DE"/>
        </w:rPr>
        <w:br/>
        <w:t xml:space="preserve">Diese Website kann Inhalte Dritter einbinden (z. B. YouTube-Videos, Instagram-Feeds, </w:t>
      </w:r>
      <w:proofErr w:type="spellStart"/>
      <w:r w:rsidR="00000000" w:rsidRPr="008F6541">
        <w:rPr>
          <w:lang w:val="de-DE"/>
        </w:rPr>
        <w:t>Social</w:t>
      </w:r>
      <w:proofErr w:type="spellEnd"/>
      <w:r w:rsidR="00000000" w:rsidRPr="008F6541">
        <w:rPr>
          <w:lang w:val="de-DE"/>
        </w:rPr>
        <w:t>-Media-Buttons). Beim Aufruf dieser Inhalte werden Daten an die Anbieter übertragen.</w:t>
      </w:r>
      <w:r w:rsidR="00000000" w:rsidRPr="008F6541">
        <w:rPr>
          <w:lang w:val="de-DE"/>
        </w:rPr>
        <w:br/>
        <w:t xml:space="preserve">Wir haben keinen Einfluss auf diese Datenübertragung. Bitte beachten Sie die </w:t>
      </w:r>
      <w:r w:rsidR="00000000" w:rsidRPr="008F6541">
        <w:rPr>
          <w:lang w:val="de-DE"/>
        </w:rPr>
        <w:lastRenderedPageBreak/>
        <w:t>Datenschutzbestimmungen der jeweiligen Anbieter.</w:t>
      </w:r>
      <w:r w:rsidR="00000000" w:rsidRPr="008F6541">
        <w:rPr>
          <w:lang w:val="de-DE"/>
        </w:rPr>
        <w:br/>
      </w:r>
    </w:p>
    <w:p w14:paraId="0AF66DEB" w14:textId="4E88C3D7" w:rsidR="00506694" w:rsidRPr="008F6541" w:rsidRDefault="008F6541">
      <w:pPr>
        <w:rPr>
          <w:lang w:val="de-DE"/>
        </w:rPr>
      </w:pPr>
      <w:r>
        <w:rPr>
          <w:lang w:val="de-DE"/>
        </w:rPr>
        <w:t>6</w:t>
      </w:r>
      <w:r w:rsidR="00000000" w:rsidRPr="008F6541">
        <w:rPr>
          <w:lang w:val="de-DE"/>
        </w:rPr>
        <w:t>. Hosting</w:t>
      </w:r>
      <w:r w:rsidR="00000000" w:rsidRPr="008F6541">
        <w:rPr>
          <w:lang w:val="de-DE"/>
        </w:rPr>
        <w:br/>
      </w:r>
      <w:r>
        <w:rPr>
          <w:lang w:val="de-DE"/>
        </w:rPr>
        <w:t xml:space="preserve">Meine </w:t>
      </w:r>
      <w:r w:rsidR="00000000" w:rsidRPr="008F6541">
        <w:rPr>
          <w:lang w:val="de-DE"/>
        </w:rPr>
        <w:t>Website wird bei</w:t>
      </w:r>
      <w:r>
        <w:rPr>
          <w:lang w:val="de-DE"/>
        </w:rPr>
        <w:t xml:space="preserve"> </w:t>
      </w:r>
      <w:proofErr w:type="spellStart"/>
      <w:r>
        <w:rPr>
          <w:lang w:val="de-DE"/>
        </w:rPr>
        <w:t>Wordpress</w:t>
      </w:r>
      <w:proofErr w:type="spellEnd"/>
      <w:r>
        <w:rPr>
          <w:lang w:val="de-DE"/>
        </w:rPr>
        <w:t xml:space="preserve"> </w:t>
      </w:r>
      <w:r w:rsidR="00000000" w:rsidRPr="008F6541">
        <w:rPr>
          <w:lang w:val="de-DE"/>
        </w:rPr>
        <w:t>gehostet. Dabei werden Zugriffsdaten (z. B. IP-Adressen, Logfiles) gespeichert, um die Funktionsfähigkeit und Sicherheit zu gewährleisten.</w:t>
      </w:r>
      <w:r w:rsidR="00000000" w:rsidRPr="008F6541">
        <w:rPr>
          <w:lang w:val="de-DE"/>
        </w:rPr>
        <w:br/>
      </w:r>
    </w:p>
    <w:p w14:paraId="2AE38AD1" w14:textId="4BBBA313" w:rsidR="00506694" w:rsidRPr="008F6541" w:rsidRDefault="008F6541">
      <w:pPr>
        <w:rPr>
          <w:lang w:val="de-DE"/>
        </w:rPr>
      </w:pPr>
      <w:r>
        <w:rPr>
          <w:lang w:val="de-DE"/>
        </w:rPr>
        <w:t>7</w:t>
      </w:r>
      <w:r w:rsidR="00000000" w:rsidRPr="008F6541">
        <w:rPr>
          <w:lang w:val="de-DE"/>
        </w:rPr>
        <w:t xml:space="preserve">. Rechte der </w:t>
      </w:r>
      <w:proofErr w:type="spellStart"/>
      <w:proofErr w:type="gramStart"/>
      <w:r w:rsidR="00000000" w:rsidRPr="008F6541">
        <w:rPr>
          <w:lang w:val="de-DE"/>
        </w:rPr>
        <w:t>Nutzer:innen</w:t>
      </w:r>
      <w:proofErr w:type="spellEnd"/>
      <w:proofErr w:type="gramEnd"/>
      <w:r w:rsidR="00000000" w:rsidRPr="008F6541">
        <w:rPr>
          <w:lang w:val="de-DE"/>
        </w:rPr>
        <w:br/>
        <w:t>Sie haben das Recht:</w:t>
      </w:r>
      <w:r w:rsidR="00000000" w:rsidRPr="008F6541">
        <w:rPr>
          <w:lang w:val="de-DE"/>
        </w:rPr>
        <w:br/>
        <w:t>- Auskunft über Ihre gespeicherten Daten zu erhalten (Art. 15 DSGVO)</w:t>
      </w:r>
      <w:r w:rsidR="00000000" w:rsidRPr="008F6541">
        <w:rPr>
          <w:lang w:val="de-DE"/>
        </w:rPr>
        <w:br/>
        <w:t>- Berichtigung falscher Daten zu verlangen (Art. 16 DSGVO)</w:t>
      </w:r>
      <w:r w:rsidR="00000000" w:rsidRPr="008F6541">
        <w:rPr>
          <w:lang w:val="de-DE"/>
        </w:rPr>
        <w:br/>
        <w:t>- Löschung Ihrer Daten zu verlangen (Art. 17 DSGVO)</w:t>
      </w:r>
      <w:r w:rsidR="00000000" w:rsidRPr="008F6541">
        <w:rPr>
          <w:lang w:val="de-DE"/>
        </w:rPr>
        <w:br/>
        <w:t>- Einschränkung der Verarbeitung zu verlangen (Art. 18 DSGVO)</w:t>
      </w:r>
      <w:r w:rsidR="00000000" w:rsidRPr="008F6541">
        <w:rPr>
          <w:lang w:val="de-DE"/>
        </w:rPr>
        <w:br/>
        <w:t>- Widerspruch gegen die Verarbeitung einzulegen (Art. 21 DSGVO)</w:t>
      </w:r>
      <w:r w:rsidR="00000000" w:rsidRPr="008F6541">
        <w:rPr>
          <w:lang w:val="de-DE"/>
        </w:rPr>
        <w:br/>
        <w:t>- Datenübertragbarkeit zu verlangen (Art. 20 DSGVO)</w:t>
      </w:r>
      <w:r w:rsidR="00000000" w:rsidRPr="008F6541">
        <w:rPr>
          <w:lang w:val="de-DE"/>
        </w:rPr>
        <w:br/>
      </w:r>
      <w:r w:rsidR="00000000" w:rsidRPr="008F6541">
        <w:rPr>
          <w:lang w:val="de-DE"/>
        </w:rPr>
        <w:br/>
        <w:t xml:space="preserve">Bitte wenden Sie sich dafür an: </w:t>
      </w:r>
      <w:r>
        <w:rPr>
          <w:lang w:val="de-DE"/>
        </w:rPr>
        <w:t>olivia.kleinknecht</w:t>
      </w:r>
      <w:r w:rsidR="00000000" w:rsidRPr="008F6541">
        <w:rPr>
          <w:lang w:val="de-DE"/>
        </w:rPr>
        <w:t>@</w:t>
      </w:r>
      <w:r>
        <w:rPr>
          <w:lang w:val="de-DE"/>
        </w:rPr>
        <w:t>gmail.com</w:t>
      </w:r>
    </w:p>
    <w:p w14:paraId="76514179" w14:textId="447BBAF4" w:rsidR="00506694" w:rsidRPr="008F6541" w:rsidRDefault="008F6541">
      <w:pPr>
        <w:rPr>
          <w:lang w:val="de-DE"/>
        </w:rPr>
      </w:pPr>
      <w:r>
        <w:rPr>
          <w:lang w:val="de-DE"/>
        </w:rPr>
        <w:t>8</w:t>
      </w:r>
      <w:r w:rsidR="00000000" w:rsidRPr="008F6541">
        <w:rPr>
          <w:lang w:val="de-DE"/>
        </w:rPr>
        <w:t>. Beschwerderecht</w:t>
      </w:r>
      <w:r w:rsidR="00000000" w:rsidRPr="008F6541">
        <w:rPr>
          <w:lang w:val="de-DE"/>
        </w:rPr>
        <w:br/>
        <w:t>Sie haben das Recht, sich bei einer Aufsichtsbehörde zu beschweren, wenn Sie glauben, dass Ihre Daten unrechtmäßig verarbeitet werden.</w:t>
      </w:r>
      <w:r w:rsidR="00000000" w:rsidRPr="008F6541">
        <w:rPr>
          <w:lang w:val="de-DE"/>
        </w:rPr>
        <w:br/>
      </w:r>
    </w:p>
    <w:p w14:paraId="2649BF16" w14:textId="364353CE" w:rsidR="00506694" w:rsidRPr="008F6541" w:rsidRDefault="008F6541">
      <w:pPr>
        <w:rPr>
          <w:lang w:val="de-DE"/>
        </w:rPr>
      </w:pPr>
      <w:r>
        <w:rPr>
          <w:lang w:val="de-DE"/>
        </w:rPr>
        <w:t>9</w:t>
      </w:r>
      <w:r w:rsidR="00000000" w:rsidRPr="008F6541">
        <w:rPr>
          <w:lang w:val="de-DE"/>
        </w:rPr>
        <w:t>. Stand der Datenschutzerklärung</w:t>
      </w:r>
      <w:r w:rsidR="00000000" w:rsidRPr="008F6541">
        <w:rPr>
          <w:lang w:val="de-DE"/>
        </w:rPr>
        <w:br/>
        <w:t xml:space="preserve">Diese Datenschutzerklärung ist aktuell gültig und wurde zuletzt am </w:t>
      </w:r>
      <w:r>
        <w:rPr>
          <w:lang w:val="de-DE"/>
        </w:rPr>
        <w:t>1. September 2025</w:t>
      </w:r>
      <w:r w:rsidR="00000000" w:rsidRPr="008F6541">
        <w:rPr>
          <w:lang w:val="de-DE"/>
        </w:rPr>
        <w:t xml:space="preserve"> aktualisiert.</w:t>
      </w:r>
      <w:r w:rsidR="00000000" w:rsidRPr="008F6541">
        <w:rPr>
          <w:lang w:val="de-DE"/>
        </w:rPr>
        <w:br/>
      </w:r>
    </w:p>
    <w:sectPr w:rsidR="00506694" w:rsidRPr="008F65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32850304">
    <w:abstractNumId w:val="8"/>
  </w:num>
  <w:num w:numId="2" w16cid:durableId="71784750">
    <w:abstractNumId w:val="6"/>
  </w:num>
  <w:num w:numId="3" w16cid:durableId="420953948">
    <w:abstractNumId w:val="5"/>
  </w:num>
  <w:num w:numId="4" w16cid:durableId="1304433527">
    <w:abstractNumId w:val="4"/>
  </w:num>
  <w:num w:numId="5" w16cid:durableId="1994411126">
    <w:abstractNumId w:val="7"/>
  </w:num>
  <w:num w:numId="6" w16cid:durableId="854921911">
    <w:abstractNumId w:val="3"/>
  </w:num>
  <w:num w:numId="7" w16cid:durableId="739600721">
    <w:abstractNumId w:val="2"/>
  </w:num>
  <w:num w:numId="8" w16cid:durableId="883906795">
    <w:abstractNumId w:val="1"/>
  </w:num>
  <w:num w:numId="9" w16cid:durableId="544681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121F0"/>
    <w:rsid w:val="0029639D"/>
    <w:rsid w:val="00326F90"/>
    <w:rsid w:val="00506694"/>
    <w:rsid w:val="008F6541"/>
    <w:rsid w:val="00902E1A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1066F2"/>
  <w14:defaultImageDpi w14:val="300"/>
  <w15:docId w15:val="{0DCBB609-71D4-43AA-80EF-9E8C8CE8C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olivia kleinknecht</cp:lastModifiedBy>
  <cp:revision>2</cp:revision>
  <dcterms:created xsi:type="dcterms:W3CDTF">2025-09-01T11:35:00Z</dcterms:created>
  <dcterms:modified xsi:type="dcterms:W3CDTF">2025-09-01T11:35:00Z</dcterms:modified>
  <cp:category/>
</cp:coreProperties>
</file>